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BDE40" w14:textId="77777777" w:rsidR="008A2FAA" w:rsidRPr="00C46B25" w:rsidRDefault="663C7F81" w:rsidP="663C7F81">
      <w:pPr>
        <w:rPr>
          <w:rFonts w:ascii="Verdana" w:eastAsia="Verdana Pro" w:hAnsi="Verdana" w:cs="Verdana Pro"/>
          <w:b/>
          <w:bCs/>
          <w:sz w:val="32"/>
          <w:szCs w:val="32"/>
        </w:rPr>
      </w:pPr>
      <w:r w:rsidRPr="00C46B25">
        <w:rPr>
          <w:rFonts w:ascii="Verdana" w:eastAsia="Verdana Pro" w:hAnsi="Verdana" w:cs="Verdana Pro"/>
          <w:b/>
          <w:bCs/>
          <w:sz w:val="32"/>
          <w:szCs w:val="32"/>
        </w:rPr>
        <w:t>Lesson Assessment Checklist</w:t>
      </w:r>
    </w:p>
    <w:p w14:paraId="45088088" w14:textId="6691AC81" w:rsidR="793C7367" w:rsidRPr="00C46B25" w:rsidRDefault="793C7367" w:rsidP="663C7F81">
      <w:pPr>
        <w:rPr>
          <w:rFonts w:ascii="Verdana" w:eastAsia="Verdana Pro" w:hAnsi="Verdana" w:cs="Verdana Pro"/>
        </w:rPr>
      </w:pPr>
      <w:r w:rsidRPr="00C46B25">
        <w:rPr>
          <w:rFonts w:ascii="Verdana" w:eastAsia="Verdana Pro" w:hAnsi="Verdana" w:cs="Verdana Pro"/>
        </w:rPr>
        <w:t>Use this checklist to record whether students successfully completed each lesson activity. Circle Y (Yes) or NW (Needs Work) for each student.</w:t>
      </w:r>
      <w:r w:rsidR="69081857" w:rsidRPr="00C46B25">
        <w:rPr>
          <w:rFonts w:ascii="Verdana" w:eastAsia="Verdana Pro" w:hAnsi="Verdana" w:cs="Verdana Pro"/>
        </w:rPr>
        <w:t xml:space="preserve"> NB: Add more rows if needed</w:t>
      </w:r>
      <w:r w:rsidR="00D16D75">
        <w:rPr>
          <w:rFonts w:ascii="Verdana" w:eastAsia="Verdana Pro" w:hAnsi="Verdana" w:cs="Verdana Pro"/>
        </w:rPr>
        <w:t>.</w:t>
      </w:r>
    </w:p>
    <w:p w14:paraId="672A6659" w14:textId="0EF68BE2" w:rsidR="008A2FAA" w:rsidRPr="00C46B25" w:rsidRDefault="663C7F81" w:rsidP="663C7F81">
      <w:pPr>
        <w:rPr>
          <w:rFonts w:ascii="Verdana" w:eastAsia="Verdana Pro" w:hAnsi="Verdana" w:cs="Verdana Pro"/>
        </w:rPr>
      </w:pPr>
      <w:r w:rsidRPr="00C46B25">
        <w:rPr>
          <w:rFonts w:ascii="Verdana" w:eastAsia="Verdana Pro" w:hAnsi="Verdana" w:cs="Verdana Pro"/>
        </w:rPr>
        <w:t>Lesson #: 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8A2FAA" w:rsidRPr="00C46B25" w14:paraId="7F15C499" w14:textId="77777777" w:rsidTr="4881CF7F">
        <w:trPr>
          <w:trHeight w:val="576"/>
        </w:trPr>
        <w:tc>
          <w:tcPr>
            <w:tcW w:w="2160" w:type="dxa"/>
            <w:vAlign w:val="center"/>
          </w:tcPr>
          <w:p w14:paraId="3D0973B8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Student Name</w:t>
            </w:r>
          </w:p>
        </w:tc>
        <w:tc>
          <w:tcPr>
            <w:tcW w:w="2160" w:type="dxa"/>
            <w:vAlign w:val="center"/>
          </w:tcPr>
          <w:p w14:paraId="3696823B" w14:textId="16BAAFDE" w:rsidR="008A2FAA" w:rsidRPr="00C46B25" w:rsidRDefault="027B77E3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A</w:t>
            </w:r>
            <w:r w:rsidR="00C46B25" w:rsidRPr="00C46B25">
              <w:rPr>
                <w:rFonts w:ascii="Verdana" w:eastAsia="Verdana Pro" w:hAnsi="Verdana" w:cs="Verdana Pro"/>
              </w:rPr>
              <w:t xml:space="preserve">ctivity </w:t>
            </w:r>
            <w:r w:rsidRPr="00C46B25">
              <w:rPr>
                <w:rFonts w:ascii="Verdana" w:eastAsia="Verdana Pro" w:hAnsi="Verdana" w:cs="Verdana Pro"/>
              </w:rPr>
              <w:t>1</w:t>
            </w:r>
          </w:p>
        </w:tc>
        <w:tc>
          <w:tcPr>
            <w:tcW w:w="2160" w:type="dxa"/>
            <w:vAlign w:val="center"/>
          </w:tcPr>
          <w:p w14:paraId="33959094" w14:textId="4C18DC92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A</w:t>
            </w:r>
            <w:r w:rsidR="00C46B25" w:rsidRPr="00C46B25">
              <w:rPr>
                <w:rFonts w:ascii="Verdana" w:eastAsia="Verdana Pro" w:hAnsi="Verdana" w:cs="Verdana Pro"/>
              </w:rPr>
              <w:t xml:space="preserve">ctivity </w:t>
            </w:r>
            <w:r w:rsidRPr="00C46B25">
              <w:rPr>
                <w:rFonts w:ascii="Verdana" w:eastAsia="Verdana Pro" w:hAnsi="Verdana" w:cs="Verdana Pro"/>
              </w:rPr>
              <w:t>2</w:t>
            </w:r>
          </w:p>
        </w:tc>
        <w:tc>
          <w:tcPr>
            <w:tcW w:w="2160" w:type="dxa"/>
            <w:vAlign w:val="center"/>
          </w:tcPr>
          <w:p w14:paraId="7804E555" w14:textId="083592C4" w:rsidR="008A2FAA" w:rsidRPr="00C46B25" w:rsidRDefault="027B77E3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A</w:t>
            </w:r>
            <w:r w:rsidR="00C46B25" w:rsidRPr="00C46B25">
              <w:rPr>
                <w:rFonts w:ascii="Verdana" w:eastAsia="Verdana Pro" w:hAnsi="Verdana" w:cs="Verdana Pro"/>
              </w:rPr>
              <w:t xml:space="preserve">ctivity </w:t>
            </w:r>
            <w:r w:rsidRPr="00C46B25">
              <w:rPr>
                <w:rFonts w:ascii="Verdana" w:eastAsia="Verdana Pro" w:hAnsi="Verdana" w:cs="Verdana Pro"/>
              </w:rPr>
              <w:t>3</w:t>
            </w:r>
          </w:p>
        </w:tc>
      </w:tr>
      <w:tr w:rsidR="008A2FAA" w:rsidRPr="00C46B25" w14:paraId="10546113" w14:textId="77777777" w:rsidTr="4881CF7F">
        <w:trPr>
          <w:trHeight w:val="576"/>
        </w:trPr>
        <w:tc>
          <w:tcPr>
            <w:tcW w:w="2160" w:type="dxa"/>
            <w:vAlign w:val="center"/>
          </w:tcPr>
          <w:p w14:paraId="0A37501D" w14:textId="77777777" w:rsidR="008A2FAA" w:rsidRPr="00C46B25" w:rsidRDefault="008A2FAA" w:rsidP="663C7F81">
            <w:pPr>
              <w:jc w:val="center"/>
              <w:rPr>
                <w:rFonts w:ascii="Verdana" w:eastAsia="Verdana Pro" w:hAnsi="Verdana" w:cs="Verdana Pro"/>
              </w:rPr>
            </w:pPr>
          </w:p>
        </w:tc>
        <w:tc>
          <w:tcPr>
            <w:tcW w:w="2160" w:type="dxa"/>
            <w:vAlign w:val="center"/>
          </w:tcPr>
          <w:p w14:paraId="2CDF3AC8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1C5FE125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64AFF1AB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</w:tr>
      <w:tr w:rsidR="008A2FAA" w:rsidRPr="00C46B25" w14:paraId="3BE08FF6" w14:textId="77777777" w:rsidTr="4881CF7F">
        <w:trPr>
          <w:trHeight w:val="576"/>
        </w:trPr>
        <w:tc>
          <w:tcPr>
            <w:tcW w:w="2160" w:type="dxa"/>
            <w:vAlign w:val="center"/>
          </w:tcPr>
          <w:p w14:paraId="5DAB6C7B" w14:textId="77777777" w:rsidR="008A2FAA" w:rsidRPr="00C46B25" w:rsidRDefault="008A2FAA" w:rsidP="663C7F81">
            <w:pPr>
              <w:jc w:val="center"/>
              <w:rPr>
                <w:rFonts w:ascii="Verdana" w:eastAsia="Verdana Pro" w:hAnsi="Verdana" w:cs="Verdana Pro"/>
              </w:rPr>
            </w:pPr>
          </w:p>
        </w:tc>
        <w:tc>
          <w:tcPr>
            <w:tcW w:w="2160" w:type="dxa"/>
            <w:vAlign w:val="center"/>
          </w:tcPr>
          <w:p w14:paraId="5E2CE525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2A8345AE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700E913D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</w:tr>
      <w:tr w:rsidR="008A2FAA" w:rsidRPr="00C46B25" w14:paraId="6F14CBC5" w14:textId="77777777" w:rsidTr="4881CF7F">
        <w:trPr>
          <w:trHeight w:val="576"/>
        </w:trPr>
        <w:tc>
          <w:tcPr>
            <w:tcW w:w="2160" w:type="dxa"/>
            <w:vAlign w:val="center"/>
          </w:tcPr>
          <w:p w14:paraId="02EB378F" w14:textId="77777777" w:rsidR="008A2FAA" w:rsidRPr="00C46B25" w:rsidRDefault="008A2FAA" w:rsidP="663C7F81">
            <w:pPr>
              <w:jc w:val="center"/>
              <w:rPr>
                <w:rFonts w:ascii="Verdana" w:eastAsia="Verdana Pro" w:hAnsi="Verdana" w:cs="Verdana Pro"/>
              </w:rPr>
            </w:pPr>
          </w:p>
        </w:tc>
        <w:tc>
          <w:tcPr>
            <w:tcW w:w="2160" w:type="dxa"/>
            <w:vAlign w:val="center"/>
          </w:tcPr>
          <w:p w14:paraId="180A1E68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58EF53BE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6D1A3AB1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</w:tr>
      <w:tr w:rsidR="008A2FAA" w:rsidRPr="00C46B25" w14:paraId="1564ED77" w14:textId="77777777" w:rsidTr="4881CF7F">
        <w:trPr>
          <w:trHeight w:val="576"/>
        </w:trPr>
        <w:tc>
          <w:tcPr>
            <w:tcW w:w="2160" w:type="dxa"/>
            <w:vAlign w:val="center"/>
          </w:tcPr>
          <w:p w14:paraId="6A05A809" w14:textId="77777777" w:rsidR="008A2FAA" w:rsidRPr="00C46B25" w:rsidRDefault="008A2FAA" w:rsidP="663C7F81">
            <w:pPr>
              <w:jc w:val="center"/>
              <w:rPr>
                <w:rFonts w:ascii="Verdana" w:eastAsia="Verdana Pro" w:hAnsi="Verdana" w:cs="Verdana Pro"/>
              </w:rPr>
            </w:pPr>
          </w:p>
        </w:tc>
        <w:tc>
          <w:tcPr>
            <w:tcW w:w="2160" w:type="dxa"/>
            <w:vAlign w:val="center"/>
          </w:tcPr>
          <w:p w14:paraId="076F6308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4D458171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08C59F42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</w:tr>
      <w:tr w:rsidR="008A2FAA" w:rsidRPr="00C46B25" w14:paraId="6C674139" w14:textId="77777777" w:rsidTr="4881CF7F">
        <w:trPr>
          <w:trHeight w:val="576"/>
        </w:trPr>
        <w:tc>
          <w:tcPr>
            <w:tcW w:w="2160" w:type="dxa"/>
            <w:vAlign w:val="center"/>
          </w:tcPr>
          <w:p w14:paraId="5A39BBE3" w14:textId="77777777" w:rsidR="008A2FAA" w:rsidRPr="00C46B25" w:rsidRDefault="008A2FAA" w:rsidP="663C7F81">
            <w:pPr>
              <w:jc w:val="center"/>
              <w:rPr>
                <w:rFonts w:ascii="Verdana" w:eastAsia="Verdana Pro" w:hAnsi="Verdana" w:cs="Verdana Pro"/>
              </w:rPr>
            </w:pPr>
          </w:p>
        </w:tc>
        <w:tc>
          <w:tcPr>
            <w:tcW w:w="2160" w:type="dxa"/>
            <w:vAlign w:val="center"/>
          </w:tcPr>
          <w:p w14:paraId="4613515E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4901E011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605C4165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</w:tr>
      <w:tr w:rsidR="008A2FAA" w:rsidRPr="00C46B25" w14:paraId="5ADA8D0F" w14:textId="77777777" w:rsidTr="4881CF7F">
        <w:trPr>
          <w:trHeight w:val="576"/>
        </w:trPr>
        <w:tc>
          <w:tcPr>
            <w:tcW w:w="2160" w:type="dxa"/>
            <w:vAlign w:val="center"/>
          </w:tcPr>
          <w:p w14:paraId="41C8F396" w14:textId="77777777" w:rsidR="008A2FAA" w:rsidRPr="00C46B25" w:rsidRDefault="008A2FAA" w:rsidP="663C7F81">
            <w:pPr>
              <w:jc w:val="center"/>
              <w:rPr>
                <w:rFonts w:ascii="Verdana" w:eastAsia="Verdana Pro" w:hAnsi="Verdana" w:cs="Verdana Pro"/>
              </w:rPr>
            </w:pPr>
          </w:p>
        </w:tc>
        <w:tc>
          <w:tcPr>
            <w:tcW w:w="2160" w:type="dxa"/>
            <w:vAlign w:val="center"/>
          </w:tcPr>
          <w:p w14:paraId="7B00D253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12BD765E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1FCCB05D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</w:tr>
      <w:tr w:rsidR="008A2FAA" w:rsidRPr="00C46B25" w14:paraId="5985F456" w14:textId="77777777" w:rsidTr="4881CF7F">
        <w:trPr>
          <w:trHeight w:val="576"/>
        </w:trPr>
        <w:tc>
          <w:tcPr>
            <w:tcW w:w="2160" w:type="dxa"/>
            <w:vAlign w:val="center"/>
          </w:tcPr>
          <w:p w14:paraId="72A3D3EC" w14:textId="77777777" w:rsidR="008A2FAA" w:rsidRPr="00C46B25" w:rsidRDefault="008A2FAA" w:rsidP="663C7F81">
            <w:pPr>
              <w:jc w:val="center"/>
              <w:rPr>
                <w:rFonts w:ascii="Verdana" w:eastAsia="Verdana Pro" w:hAnsi="Verdana" w:cs="Verdana Pro"/>
              </w:rPr>
            </w:pPr>
          </w:p>
        </w:tc>
        <w:tc>
          <w:tcPr>
            <w:tcW w:w="2160" w:type="dxa"/>
            <w:vAlign w:val="center"/>
          </w:tcPr>
          <w:p w14:paraId="2DBA7F98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130F8F00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15D14328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</w:tr>
      <w:tr w:rsidR="008A2FAA" w:rsidRPr="00C46B25" w14:paraId="0A74A36E" w14:textId="77777777" w:rsidTr="4881CF7F">
        <w:trPr>
          <w:trHeight w:val="576"/>
        </w:trPr>
        <w:tc>
          <w:tcPr>
            <w:tcW w:w="2160" w:type="dxa"/>
            <w:vAlign w:val="center"/>
          </w:tcPr>
          <w:p w14:paraId="0D0B940D" w14:textId="77777777" w:rsidR="008A2FAA" w:rsidRPr="00C46B25" w:rsidRDefault="008A2FAA" w:rsidP="663C7F81">
            <w:pPr>
              <w:jc w:val="center"/>
              <w:rPr>
                <w:rFonts w:ascii="Verdana" w:eastAsia="Verdana Pro" w:hAnsi="Verdana" w:cs="Verdana Pro"/>
              </w:rPr>
            </w:pPr>
          </w:p>
        </w:tc>
        <w:tc>
          <w:tcPr>
            <w:tcW w:w="2160" w:type="dxa"/>
            <w:vAlign w:val="center"/>
          </w:tcPr>
          <w:p w14:paraId="0A22D4FA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2E7800BD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1B0CD53E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</w:tr>
      <w:tr w:rsidR="008A2FAA" w:rsidRPr="00C46B25" w14:paraId="61014B74" w14:textId="77777777" w:rsidTr="4881CF7F">
        <w:trPr>
          <w:trHeight w:val="576"/>
        </w:trPr>
        <w:tc>
          <w:tcPr>
            <w:tcW w:w="2160" w:type="dxa"/>
            <w:vAlign w:val="center"/>
          </w:tcPr>
          <w:p w14:paraId="0E27B00A" w14:textId="77777777" w:rsidR="008A2FAA" w:rsidRPr="00C46B25" w:rsidRDefault="008A2FAA" w:rsidP="663C7F81">
            <w:pPr>
              <w:jc w:val="center"/>
              <w:rPr>
                <w:rFonts w:ascii="Verdana" w:eastAsia="Verdana Pro" w:hAnsi="Verdana" w:cs="Verdana Pro"/>
              </w:rPr>
            </w:pPr>
          </w:p>
        </w:tc>
        <w:tc>
          <w:tcPr>
            <w:tcW w:w="2160" w:type="dxa"/>
            <w:vAlign w:val="center"/>
          </w:tcPr>
          <w:p w14:paraId="5305947F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45540E72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1DEB6EF8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</w:tr>
      <w:tr w:rsidR="008A2FAA" w:rsidRPr="00C46B25" w14:paraId="5BAAAF8A" w14:textId="77777777" w:rsidTr="4881CF7F">
        <w:trPr>
          <w:trHeight w:val="576"/>
        </w:trPr>
        <w:tc>
          <w:tcPr>
            <w:tcW w:w="2160" w:type="dxa"/>
            <w:vAlign w:val="center"/>
          </w:tcPr>
          <w:p w14:paraId="60061E4C" w14:textId="77777777" w:rsidR="008A2FAA" w:rsidRPr="00C46B25" w:rsidRDefault="008A2FAA" w:rsidP="663C7F81">
            <w:pPr>
              <w:jc w:val="center"/>
              <w:rPr>
                <w:rFonts w:ascii="Verdana" w:eastAsia="Verdana Pro" w:hAnsi="Verdana" w:cs="Verdana Pro"/>
              </w:rPr>
            </w:pPr>
          </w:p>
        </w:tc>
        <w:tc>
          <w:tcPr>
            <w:tcW w:w="2160" w:type="dxa"/>
            <w:vAlign w:val="center"/>
          </w:tcPr>
          <w:p w14:paraId="01121880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7E0BD57C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36F75328" w14:textId="77777777" w:rsidR="008A2FAA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</w:tr>
      <w:tr w:rsidR="663C7F81" w:rsidRPr="00C46B25" w14:paraId="73BCCBB7" w14:textId="77777777" w:rsidTr="4881CF7F">
        <w:trPr>
          <w:trHeight w:val="576"/>
        </w:trPr>
        <w:tc>
          <w:tcPr>
            <w:tcW w:w="2160" w:type="dxa"/>
            <w:vAlign w:val="center"/>
          </w:tcPr>
          <w:p w14:paraId="5259ABCF" w14:textId="3A92CF11" w:rsidR="663C7F81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</w:p>
        </w:tc>
        <w:tc>
          <w:tcPr>
            <w:tcW w:w="2160" w:type="dxa"/>
            <w:vAlign w:val="center"/>
          </w:tcPr>
          <w:p w14:paraId="485E4E59" w14:textId="77777777" w:rsidR="663C7F81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2B01EE4D" w14:textId="77777777" w:rsidR="663C7F81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4168857D" w14:textId="77777777" w:rsidR="663C7F81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</w:tr>
      <w:tr w:rsidR="663C7F81" w:rsidRPr="00C46B25" w14:paraId="27CBA331" w14:textId="77777777" w:rsidTr="4881CF7F">
        <w:trPr>
          <w:trHeight w:val="576"/>
        </w:trPr>
        <w:tc>
          <w:tcPr>
            <w:tcW w:w="2160" w:type="dxa"/>
            <w:vAlign w:val="center"/>
          </w:tcPr>
          <w:p w14:paraId="3C0C9AA0" w14:textId="6BECE303" w:rsidR="663C7F81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</w:p>
        </w:tc>
        <w:tc>
          <w:tcPr>
            <w:tcW w:w="2160" w:type="dxa"/>
            <w:vAlign w:val="center"/>
          </w:tcPr>
          <w:p w14:paraId="23CA3674" w14:textId="77777777" w:rsidR="663C7F81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00471F0B" w14:textId="77777777" w:rsidR="663C7F81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1E4EB77A" w14:textId="77777777" w:rsidR="663C7F81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</w:tr>
      <w:tr w:rsidR="663C7F81" w:rsidRPr="00C46B25" w14:paraId="198D73C6" w14:textId="77777777" w:rsidTr="4881CF7F">
        <w:trPr>
          <w:trHeight w:val="576"/>
        </w:trPr>
        <w:tc>
          <w:tcPr>
            <w:tcW w:w="2160" w:type="dxa"/>
            <w:vAlign w:val="center"/>
          </w:tcPr>
          <w:p w14:paraId="6D7CF78A" w14:textId="3446D64F" w:rsidR="663C7F81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</w:p>
        </w:tc>
        <w:tc>
          <w:tcPr>
            <w:tcW w:w="2160" w:type="dxa"/>
            <w:vAlign w:val="center"/>
          </w:tcPr>
          <w:p w14:paraId="18DA7A36" w14:textId="77777777" w:rsidR="663C7F81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4BF5DE5A" w14:textId="77777777" w:rsidR="663C7F81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73F7A21B" w14:textId="77777777" w:rsidR="663C7F81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</w:tr>
      <w:tr w:rsidR="663C7F81" w:rsidRPr="00C46B25" w14:paraId="3FBDA4BD" w14:textId="77777777" w:rsidTr="4881CF7F">
        <w:trPr>
          <w:trHeight w:val="576"/>
        </w:trPr>
        <w:tc>
          <w:tcPr>
            <w:tcW w:w="2160" w:type="dxa"/>
            <w:vAlign w:val="center"/>
          </w:tcPr>
          <w:p w14:paraId="30151A08" w14:textId="51C5B02C" w:rsidR="663C7F81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</w:p>
        </w:tc>
        <w:tc>
          <w:tcPr>
            <w:tcW w:w="2160" w:type="dxa"/>
            <w:vAlign w:val="center"/>
          </w:tcPr>
          <w:p w14:paraId="141CF0EE" w14:textId="77777777" w:rsidR="663C7F81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6E4D2336" w14:textId="77777777" w:rsidR="663C7F81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  <w:tc>
          <w:tcPr>
            <w:tcW w:w="2160" w:type="dxa"/>
            <w:vAlign w:val="center"/>
          </w:tcPr>
          <w:p w14:paraId="35F9AFF3" w14:textId="77777777" w:rsidR="663C7F81" w:rsidRPr="00C46B25" w:rsidRDefault="663C7F81" w:rsidP="663C7F81">
            <w:pPr>
              <w:jc w:val="center"/>
              <w:rPr>
                <w:rFonts w:ascii="Verdana" w:eastAsia="Verdana Pro" w:hAnsi="Verdana" w:cs="Verdana Pro"/>
              </w:rPr>
            </w:pPr>
            <w:r w:rsidRPr="00C46B25">
              <w:rPr>
                <w:rFonts w:ascii="Verdana" w:eastAsia="Verdana Pro" w:hAnsi="Verdana" w:cs="Verdana Pro"/>
              </w:rPr>
              <w:t>Y / NW</w:t>
            </w:r>
          </w:p>
        </w:tc>
      </w:tr>
    </w:tbl>
    <w:p w14:paraId="44EAFD9C" w14:textId="77777777" w:rsidR="008A2FAA" w:rsidRPr="00C46B25" w:rsidRDefault="008A2FAA" w:rsidP="663C7F81">
      <w:pPr>
        <w:rPr>
          <w:rFonts w:ascii="Verdana" w:eastAsia="Verdana Pro" w:hAnsi="Verdana" w:cs="Verdana Pro"/>
        </w:rPr>
      </w:pPr>
    </w:p>
    <w:p w14:paraId="66F7721A" w14:textId="77777777" w:rsidR="008A2FAA" w:rsidRPr="00C46B25" w:rsidRDefault="663C7F81" w:rsidP="663C7F81">
      <w:pPr>
        <w:rPr>
          <w:rFonts w:ascii="Verdana" w:eastAsia="Verdana Pro" w:hAnsi="Verdana" w:cs="Verdana Pro"/>
        </w:rPr>
      </w:pPr>
      <w:r w:rsidRPr="00C46B25">
        <w:rPr>
          <w:rFonts w:ascii="Verdana" w:eastAsia="Verdana Pro" w:hAnsi="Verdana" w:cs="Verdana Pro"/>
        </w:rPr>
        <w:t>A1: __________________________________________</w:t>
      </w:r>
    </w:p>
    <w:p w14:paraId="3371EA9B" w14:textId="77777777" w:rsidR="008A2FAA" w:rsidRPr="00C46B25" w:rsidRDefault="663C7F81" w:rsidP="663C7F81">
      <w:pPr>
        <w:rPr>
          <w:rFonts w:ascii="Verdana" w:eastAsia="Verdana Pro" w:hAnsi="Verdana" w:cs="Verdana Pro"/>
        </w:rPr>
      </w:pPr>
      <w:r w:rsidRPr="00C46B25">
        <w:rPr>
          <w:rFonts w:ascii="Verdana" w:eastAsia="Verdana Pro" w:hAnsi="Verdana" w:cs="Verdana Pro"/>
        </w:rPr>
        <w:t>A2: __________________________________________</w:t>
      </w:r>
    </w:p>
    <w:p w14:paraId="0CC25EEF" w14:textId="1BA730B5" w:rsidR="008A2FAA" w:rsidRPr="00C46B25" w:rsidRDefault="663C7F81" w:rsidP="663C7F81">
      <w:pPr>
        <w:rPr>
          <w:rFonts w:ascii="Verdana" w:hAnsi="Verdana"/>
        </w:rPr>
      </w:pPr>
      <w:r w:rsidRPr="00C46B25">
        <w:rPr>
          <w:rFonts w:ascii="Verdana" w:eastAsia="Verdana Pro" w:hAnsi="Verdana" w:cs="Verdana Pro"/>
        </w:rPr>
        <w:t>A3: __________________________________________</w:t>
      </w:r>
    </w:p>
    <w:sectPr w:rsidR="008A2FAA" w:rsidRPr="00C46B25" w:rsidSect="00034616"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D0B68" w14:textId="77777777" w:rsidR="002C5D1B" w:rsidRDefault="002C5D1B" w:rsidP="00C46B25">
      <w:pPr>
        <w:spacing w:after="0" w:line="240" w:lineRule="auto"/>
      </w:pPr>
      <w:r>
        <w:separator/>
      </w:r>
    </w:p>
  </w:endnote>
  <w:endnote w:type="continuationSeparator" w:id="0">
    <w:p w14:paraId="3E3B5528" w14:textId="77777777" w:rsidR="002C5D1B" w:rsidRDefault="002C5D1B" w:rsidP="00C46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00E9E" w14:textId="7033C1B6" w:rsidR="00C46B25" w:rsidRPr="00C46B25" w:rsidRDefault="00C46B25" w:rsidP="00C46B25">
    <w:pPr>
      <w:pStyle w:val="Header"/>
      <w:tabs>
        <w:tab w:val="clear" w:pos="4680"/>
        <w:tab w:val="clear" w:pos="9360"/>
        <w:tab w:val="right" w:pos="8640"/>
      </w:tabs>
      <w:rPr>
        <w:rFonts w:ascii="Verdana" w:hAnsi="Verdana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0D8B091" wp14:editId="03FA859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257300" cy="308795"/>
          <wp:effectExtent l="0" t="0" r="0" b="0"/>
          <wp:wrapNone/>
          <wp:docPr id="5121956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2195648" name="Picture 5121956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5996" cy="313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C46B25">
      <w:rPr>
        <w:rFonts w:ascii="Verdana" w:hAnsi="Verdana"/>
      </w:rPr>
      <w:t>www.futureyouaustralia.com.au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E0F49" w14:textId="77777777" w:rsidR="002C5D1B" w:rsidRDefault="002C5D1B" w:rsidP="00C46B25">
      <w:pPr>
        <w:spacing w:after="0" w:line="240" w:lineRule="auto"/>
      </w:pPr>
      <w:r>
        <w:separator/>
      </w:r>
    </w:p>
  </w:footnote>
  <w:footnote w:type="continuationSeparator" w:id="0">
    <w:p w14:paraId="34CC701F" w14:textId="77777777" w:rsidR="002C5D1B" w:rsidRDefault="002C5D1B" w:rsidP="00C46B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3112572">
    <w:abstractNumId w:val="8"/>
  </w:num>
  <w:num w:numId="2" w16cid:durableId="1093279389">
    <w:abstractNumId w:val="6"/>
  </w:num>
  <w:num w:numId="3" w16cid:durableId="102464524">
    <w:abstractNumId w:val="5"/>
  </w:num>
  <w:num w:numId="4" w16cid:durableId="214897438">
    <w:abstractNumId w:val="4"/>
  </w:num>
  <w:num w:numId="5" w16cid:durableId="2139445672">
    <w:abstractNumId w:val="7"/>
  </w:num>
  <w:num w:numId="6" w16cid:durableId="133528838">
    <w:abstractNumId w:val="3"/>
  </w:num>
  <w:num w:numId="7" w16cid:durableId="1006442343">
    <w:abstractNumId w:val="2"/>
  </w:num>
  <w:num w:numId="8" w16cid:durableId="50617421">
    <w:abstractNumId w:val="1"/>
  </w:num>
  <w:num w:numId="9" w16cid:durableId="1317220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0AA3"/>
    <w:rsid w:val="001B25D1"/>
    <w:rsid w:val="0029639D"/>
    <w:rsid w:val="002C5D1B"/>
    <w:rsid w:val="00326F90"/>
    <w:rsid w:val="003E7933"/>
    <w:rsid w:val="008A2FAA"/>
    <w:rsid w:val="00AA1D8D"/>
    <w:rsid w:val="00B47730"/>
    <w:rsid w:val="00C46B25"/>
    <w:rsid w:val="00CB0664"/>
    <w:rsid w:val="00D16D75"/>
    <w:rsid w:val="00EB7FAB"/>
    <w:rsid w:val="00FC66F5"/>
    <w:rsid w:val="00FC693F"/>
    <w:rsid w:val="027B77E3"/>
    <w:rsid w:val="05987BC5"/>
    <w:rsid w:val="4881CF7F"/>
    <w:rsid w:val="55A9A76D"/>
    <w:rsid w:val="663C7F81"/>
    <w:rsid w:val="69081857"/>
    <w:rsid w:val="793C7367"/>
    <w:rsid w:val="7CF20C0F"/>
    <w:rsid w:val="7F689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17079785-6E93-432A-97C6-B543C7E4E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A3A4E1E6BCA24C9D837CBDB0CE304C" ma:contentTypeVersion="21" ma:contentTypeDescription="Create a new document." ma:contentTypeScope="" ma:versionID="7186372335b233f860196c5c4f14fdcd">
  <xsd:schema xmlns:xsd="http://www.w3.org/2001/XMLSchema" xmlns:xs="http://www.w3.org/2001/XMLSchema" xmlns:p="http://schemas.microsoft.com/office/2006/metadata/properties" xmlns:ns2="feecc918-9ecd-485f-b845-8b5c7cc6b98c" xmlns:ns3="b1450c28-65c8-4551-b49a-762cd339a7c7" targetNamespace="http://schemas.microsoft.com/office/2006/metadata/properties" ma:root="true" ma:fieldsID="f45dcb05b7058c514e00f315dbc1346b" ns2:_="" ns3:_="">
    <xsd:import namespace="feecc918-9ecd-485f-b845-8b5c7cc6b98c"/>
    <xsd:import namespace="b1450c28-65c8-4551-b49a-762cd339a7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ateadded" minOccurs="0"/>
                <xsd:element ref="ns2:MediaServiceObjectDetectorVersions" minOccurs="0"/>
                <xsd:element ref="ns2:MediaServiceSearchProperties" minOccurs="0"/>
                <xsd:element ref="ns2:Preview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cc918-9ecd-485f-b845-8b5c7cc6b9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b026aac-6b52-4d7e-a64d-f3ee90946f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added" ma:index="24" nillable="true" ma:displayName="Date added" ma:format="DateOnly" ma:internalName="Dateadded">
      <xsd:simpleType>
        <xsd:restriction base="dms:DateTim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review" ma:index="27" nillable="true" ma:displayName="Preview" ma:format="Thumbnail" ma:internalName="Preview">
      <xsd:simpleType>
        <xsd:restriction base="dms:Unknow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50c28-65c8-4551-b49a-762cd339a7c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01f9af0-bcdc-4912-b8a0-38588b3c8187}" ma:internalName="TaxCatchAll" ma:showField="CatchAllData" ma:web="b1450c28-65c8-4551-b49a-762cd339a7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dded xmlns="feecc918-9ecd-485f-b845-8b5c7cc6b98c" xsi:nil="true"/>
    <lcf76f155ced4ddcb4097134ff3c332f xmlns="feecc918-9ecd-485f-b845-8b5c7cc6b98c">
      <Terms xmlns="http://schemas.microsoft.com/office/infopath/2007/PartnerControls"/>
    </lcf76f155ced4ddcb4097134ff3c332f>
    <Preview xmlns="feecc918-9ecd-485f-b845-8b5c7cc6b98c" xsi:nil="true"/>
    <TaxCatchAll xmlns="b1450c28-65c8-4551-b49a-762cd339a7c7" xsi:nil="true"/>
  </documentManagement>
</p:properties>
</file>

<file path=customXml/itemProps1.xml><?xml version="1.0" encoding="utf-8"?>
<ds:datastoreItem xmlns:ds="http://schemas.openxmlformats.org/officeDocument/2006/customXml" ds:itemID="{ECBCB2E7-B155-4F97-B729-53DC29CDAC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733A6A-BA2C-43C6-BF77-771A22420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cc918-9ecd-485f-b845-8b5c7cc6b98c"/>
    <ds:schemaRef ds:uri="b1450c28-65c8-4551-b49a-762cd339a7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6DDEB0-13DF-469F-991E-3788957F0FFC}">
  <ds:schemaRefs>
    <ds:schemaRef ds:uri="http://schemas.microsoft.com/office/2006/metadata/properties"/>
    <ds:schemaRef ds:uri="http://schemas.microsoft.com/office/infopath/2007/PartnerControls"/>
    <ds:schemaRef ds:uri="feecc918-9ecd-485f-b845-8b5c7cc6b98c"/>
    <ds:schemaRef ds:uri="b1450c28-65c8-4551-b49a-762cd339a7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632</Characters>
  <Application>Microsoft Office Word</Application>
  <DocSecurity>0</DocSecurity>
  <Lines>5</Lines>
  <Paragraphs>1</Paragraphs>
  <ScaleCrop>false</ScaleCrop>
  <Manager/>
  <Company/>
  <LinksUpToDate>false</LinksUpToDate>
  <CharactersWithSpaces>741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Laurence</dc:creator>
  <cp:keywords/>
  <dc:description>generated by python-docx</dc:description>
  <cp:lastModifiedBy>Becky Laurence</cp:lastModifiedBy>
  <cp:revision>7</cp:revision>
  <dcterms:created xsi:type="dcterms:W3CDTF">2026-08-26T01:21:00Z</dcterms:created>
  <dcterms:modified xsi:type="dcterms:W3CDTF">2026-09-08T04:07:00Z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0x01010022A3A4E1E6BCA24C9D837CBDB0CE304C</vt:lpwstr>
  </property>
  <property fmtid="{D5CDD505-2E9C-101B-9397-08002B2CF9AE}" pid="3" name="MediaServiceImageTags">
    <vt:lpwstr/>
  </property>
</Properties>
</file>